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94927" w:rsidRPr="00894927" w:rsidRDefault="00000000" w:rsidP="00894927">
      <w:pPr>
        <w:pStyle w:val="Nagwek1"/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t>Załącznik nr 1</w:t>
      </w:r>
      <w:r w:rsidR="00894927">
        <w:rPr>
          <w:rFonts w:ascii="Calibri" w:hAnsi="Calibri" w:cs="Calibri"/>
          <w:lang w:val="pl-PL"/>
        </w:rPr>
        <w:br/>
      </w:r>
      <w:r w:rsidRPr="0060767F">
        <w:rPr>
          <w:rFonts w:ascii="Calibri" w:hAnsi="Calibri" w:cs="Calibri"/>
          <w:lang w:val="pl-PL"/>
        </w:rPr>
        <w:t xml:space="preserve">do Regulaminu </w:t>
      </w:r>
      <w:r w:rsidR="00894927" w:rsidRPr="00894927">
        <w:rPr>
          <w:lang w:val="pl-PL"/>
        </w:rPr>
        <w:t xml:space="preserve">Turnieju Piłki Siatkowej </w:t>
      </w:r>
      <w:r w:rsidR="00894927" w:rsidRPr="00894927">
        <w:rPr>
          <w:lang w:val="pl-PL"/>
        </w:rPr>
        <w:br/>
      </w:r>
      <w:r w:rsidR="00894927" w:rsidRPr="00894927">
        <w:rPr>
          <w:sz w:val="21"/>
          <w:szCs w:val="21"/>
          <w:lang w:val="pl-PL"/>
        </w:rPr>
        <w:t>(</w:t>
      </w:r>
      <w:r w:rsidR="00894927" w:rsidRPr="00894927">
        <w:rPr>
          <w:sz w:val="21"/>
          <w:szCs w:val="21"/>
          <w:lang w:val="pl-PL"/>
        </w:rPr>
        <w:t xml:space="preserve">Mikołajkowego o Puchar </w:t>
      </w:r>
      <w:r w:rsidR="00894927" w:rsidRPr="00894927">
        <w:rPr>
          <w:rFonts w:ascii="Calibri" w:hAnsi="Calibri" w:cs="Calibri"/>
          <w:sz w:val="21"/>
          <w:szCs w:val="21"/>
          <w:lang w:val="pl-PL"/>
        </w:rPr>
        <w:t>Burmistrza</w:t>
      </w:r>
      <w:r w:rsidR="00894927" w:rsidRPr="00894927">
        <w:rPr>
          <w:sz w:val="21"/>
          <w:szCs w:val="21"/>
          <w:lang w:val="pl-PL"/>
        </w:rPr>
        <w:t xml:space="preserve"> Miasta i Gminy Skoki Wojciecha </w:t>
      </w:r>
      <w:proofErr w:type="spellStart"/>
      <w:r w:rsidR="00894927" w:rsidRPr="00894927">
        <w:rPr>
          <w:sz w:val="21"/>
          <w:szCs w:val="21"/>
          <w:lang w:val="pl-PL"/>
        </w:rPr>
        <w:t>Cibaila</w:t>
      </w:r>
      <w:proofErr w:type="spellEnd"/>
      <w:r w:rsidR="00894927" w:rsidRPr="00894927">
        <w:rPr>
          <w:sz w:val="21"/>
          <w:szCs w:val="21"/>
          <w:lang w:val="pl-PL"/>
        </w:rPr>
        <w:t xml:space="preserve"> </w:t>
      </w:r>
      <w:proofErr w:type="spellStart"/>
      <w:r w:rsidR="00894927" w:rsidRPr="00894927">
        <w:rPr>
          <w:sz w:val="21"/>
          <w:szCs w:val="21"/>
          <w:lang w:val="pl-PL"/>
        </w:rPr>
        <w:t>edycja</w:t>
      </w:r>
      <w:proofErr w:type="spellEnd"/>
      <w:r w:rsidR="00894927" w:rsidRPr="00894927">
        <w:rPr>
          <w:sz w:val="21"/>
          <w:szCs w:val="21"/>
          <w:lang w:val="pl-PL"/>
        </w:rPr>
        <w:t xml:space="preserve"> 9.</w:t>
      </w:r>
      <w:r w:rsidR="00894927" w:rsidRPr="00894927">
        <w:rPr>
          <w:sz w:val="21"/>
          <w:szCs w:val="21"/>
          <w:lang w:val="pl-PL"/>
        </w:rPr>
        <w:t>)</w:t>
      </w:r>
    </w:p>
    <w:p w:rsidR="004A3255" w:rsidRPr="0060767F" w:rsidRDefault="004A3255">
      <w:pPr>
        <w:rPr>
          <w:rFonts w:ascii="Calibri" w:hAnsi="Calibri" w:cs="Calibri"/>
          <w:lang w:val="pl-PL"/>
        </w:rPr>
      </w:pPr>
    </w:p>
    <w:p w:rsidR="004A3255" w:rsidRPr="0060767F" w:rsidRDefault="00000000">
      <w:pPr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t>realizowanego w ramach projektu „Aktywni = Zdrowi w Gminie Skoki”</w:t>
      </w:r>
    </w:p>
    <w:p w:rsidR="004A3255" w:rsidRPr="0060767F" w:rsidRDefault="00000000">
      <w:pPr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t>współfinansowanego ze środków Unii Europejskiej (EFS+) w ramach programu Fundusze Europejskie dla Wielkopolski 2021–2027</w:t>
      </w:r>
    </w:p>
    <w:p w:rsidR="004A3255" w:rsidRPr="0060767F" w:rsidRDefault="00000000">
      <w:pPr>
        <w:pStyle w:val="Nagwek2"/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t>FORMULARZ ZGŁOSZENIOWY DRUŻYNY</w:t>
      </w:r>
    </w:p>
    <w:p w:rsidR="004A3255" w:rsidRPr="0060767F" w:rsidRDefault="00000000">
      <w:pPr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t>Organizator:</w:t>
      </w:r>
      <w:r w:rsidR="003C1CA9">
        <w:rPr>
          <w:rFonts w:ascii="Calibri" w:hAnsi="Calibri" w:cs="Calibri"/>
          <w:lang w:val="pl-PL"/>
        </w:rPr>
        <w:t xml:space="preserve"> </w:t>
      </w:r>
      <w:r w:rsidRPr="0060767F">
        <w:rPr>
          <w:rFonts w:ascii="Calibri" w:hAnsi="Calibri" w:cs="Calibri"/>
          <w:lang w:val="pl-PL"/>
        </w:rPr>
        <w:t>Urząd Miasta i Gminy Skoki</w:t>
      </w:r>
      <w:r w:rsidR="003C1CA9">
        <w:rPr>
          <w:rFonts w:ascii="Calibri" w:hAnsi="Calibri" w:cs="Calibri"/>
          <w:lang w:val="pl-PL"/>
        </w:rPr>
        <w:t xml:space="preserve">, </w:t>
      </w:r>
      <w:r w:rsidRPr="0060767F">
        <w:rPr>
          <w:rFonts w:ascii="Calibri" w:hAnsi="Calibri" w:cs="Calibri"/>
          <w:lang w:val="pl-PL"/>
        </w:rPr>
        <w:t xml:space="preserve">ul. W. </w:t>
      </w:r>
      <w:proofErr w:type="spellStart"/>
      <w:r w:rsidRPr="0060767F">
        <w:rPr>
          <w:rFonts w:ascii="Calibri" w:hAnsi="Calibri" w:cs="Calibri"/>
          <w:lang w:val="pl-PL"/>
        </w:rPr>
        <w:t>Ciastowicza</w:t>
      </w:r>
      <w:proofErr w:type="spellEnd"/>
      <w:r w:rsidRPr="0060767F">
        <w:rPr>
          <w:rFonts w:ascii="Calibri" w:hAnsi="Calibri" w:cs="Calibri"/>
          <w:lang w:val="pl-PL"/>
        </w:rPr>
        <w:t xml:space="preserve"> 11, 62-085 Skoki</w:t>
      </w:r>
      <w:r w:rsidRPr="0060767F">
        <w:rPr>
          <w:rFonts w:ascii="Calibri" w:hAnsi="Calibri" w:cs="Calibri"/>
          <w:lang w:val="pl-PL"/>
        </w:rPr>
        <w:br/>
        <w:t>tel. 61 892 58 24 | e-mail: k.fredrych@gmina-skoki.pl</w:t>
      </w:r>
    </w:p>
    <w:p w:rsidR="004A3255" w:rsidRPr="0060767F" w:rsidRDefault="00000000">
      <w:pPr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t>Nazwa drużyny: ________________________________________________</w:t>
      </w:r>
    </w:p>
    <w:p w:rsidR="004A3255" w:rsidRPr="0060767F" w:rsidRDefault="00000000">
      <w:pPr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t>Kapitan drużyny: ________________________________________________</w:t>
      </w:r>
    </w:p>
    <w:p w:rsidR="004A3255" w:rsidRPr="0060767F" w:rsidRDefault="00000000">
      <w:pPr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t>Telefon / e-mail kontaktowy: ______________________________________</w:t>
      </w:r>
    </w:p>
    <w:p w:rsidR="004A3255" w:rsidRPr="0060767F" w:rsidRDefault="00000000">
      <w:pPr>
        <w:pStyle w:val="Nagwek2"/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t>LISTA ZAWODNIKÓW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6"/>
        <w:gridCol w:w="2158"/>
        <w:gridCol w:w="2158"/>
        <w:gridCol w:w="2158"/>
      </w:tblGrid>
      <w:tr w:rsidR="004A3255" w:rsidRPr="0060767F" w:rsidTr="0060767F"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L.p.</w:t>
            </w:r>
          </w:p>
        </w:tc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Imię i nazwisko</w:t>
            </w:r>
          </w:p>
        </w:tc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Data urodzenia</w:t>
            </w:r>
          </w:p>
        </w:tc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Miejsce zamieszkania</w:t>
            </w:r>
          </w:p>
        </w:tc>
      </w:tr>
      <w:tr w:rsidR="004A3255" w:rsidRPr="0060767F" w:rsidTr="0060767F"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1</w:t>
            </w: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</w:tr>
      <w:tr w:rsidR="004A3255" w:rsidRPr="0060767F" w:rsidTr="0060767F"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2</w:t>
            </w: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</w:tr>
      <w:tr w:rsidR="004A3255" w:rsidRPr="0060767F" w:rsidTr="0060767F"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3</w:t>
            </w: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</w:tr>
      <w:tr w:rsidR="004A3255" w:rsidRPr="0060767F" w:rsidTr="0060767F"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4</w:t>
            </w: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</w:tr>
      <w:tr w:rsidR="004A3255" w:rsidRPr="0060767F" w:rsidTr="0060767F"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5</w:t>
            </w: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</w:tr>
      <w:tr w:rsidR="004A3255" w:rsidRPr="0060767F" w:rsidTr="0060767F"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6</w:t>
            </w: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</w:tr>
      <w:tr w:rsidR="004A3255" w:rsidRPr="0060767F" w:rsidTr="0060767F"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7</w:t>
            </w: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</w:tr>
      <w:tr w:rsidR="004A3255" w:rsidRPr="0060767F" w:rsidTr="0060767F">
        <w:tc>
          <w:tcPr>
            <w:tcW w:w="2160" w:type="dxa"/>
          </w:tcPr>
          <w:p w:rsidR="004A3255" w:rsidRPr="0060767F" w:rsidRDefault="00000000">
            <w:pPr>
              <w:rPr>
                <w:rFonts w:ascii="Calibri" w:hAnsi="Calibri" w:cs="Calibri"/>
                <w:lang w:val="pl-PL"/>
              </w:rPr>
            </w:pPr>
            <w:r w:rsidRPr="0060767F">
              <w:rPr>
                <w:rFonts w:ascii="Calibri" w:hAnsi="Calibri" w:cs="Calibri"/>
                <w:lang w:val="pl-PL"/>
              </w:rPr>
              <w:t>8</w:t>
            </w: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  <w:tc>
          <w:tcPr>
            <w:tcW w:w="2160" w:type="dxa"/>
          </w:tcPr>
          <w:p w:rsidR="004A3255" w:rsidRPr="0060767F" w:rsidRDefault="004A3255">
            <w:pPr>
              <w:rPr>
                <w:rFonts w:ascii="Calibri" w:hAnsi="Calibri" w:cs="Calibri"/>
                <w:lang w:val="pl-PL"/>
              </w:rPr>
            </w:pPr>
          </w:p>
        </w:tc>
      </w:tr>
    </w:tbl>
    <w:p w:rsidR="004A3255" w:rsidRPr="0060767F" w:rsidRDefault="00000000">
      <w:pPr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br/>
        <w:t>Potwierdzam zgodność powyższych danych oraz oświadczam, że wszyscy zawodnicy zostali poinformowani o zasadach udziału w turnieju i akceptują regulamin wydarzenia.</w:t>
      </w:r>
      <w:r w:rsidRPr="0060767F">
        <w:rPr>
          <w:rFonts w:ascii="Calibri" w:hAnsi="Calibri" w:cs="Calibri"/>
          <w:lang w:val="pl-PL"/>
        </w:rPr>
        <w:br/>
      </w:r>
    </w:p>
    <w:p w:rsidR="004A3255" w:rsidRPr="0060767F" w:rsidRDefault="00000000">
      <w:pPr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t>.................................................................</w:t>
      </w:r>
      <w:r w:rsidRPr="0060767F">
        <w:rPr>
          <w:rFonts w:ascii="Calibri" w:hAnsi="Calibri" w:cs="Calibri"/>
          <w:lang w:val="pl-PL"/>
        </w:rPr>
        <w:br/>
        <w:t>(podpis kapitana drużyny)</w:t>
      </w:r>
    </w:p>
    <w:p w:rsidR="004A3255" w:rsidRPr="0060767F" w:rsidRDefault="00000000">
      <w:pPr>
        <w:pStyle w:val="Nagwek2"/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lastRenderedPageBreak/>
        <w:t>Zgoda na przetwarzanie danych osobowych</w:t>
      </w:r>
    </w:p>
    <w:p w:rsidR="0060767F" w:rsidRPr="0060767F" w:rsidRDefault="0060767F" w:rsidP="0060767F">
      <w:pPr>
        <w:rPr>
          <w:rFonts w:ascii="Calibri" w:hAnsi="Calibri" w:cs="Calibri"/>
          <w:lang w:val="pl-PL"/>
        </w:rPr>
      </w:pPr>
    </w:p>
    <w:p w:rsidR="0060767F" w:rsidRPr="0060767F" w:rsidRDefault="0060767F" w:rsidP="0060767F">
      <w:pPr>
        <w:spacing w:after="0" w:line="240" w:lineRule="auto"/>
        <w:rPr>
          <w:rFonts w:ascii="Calibri" w:hAnsi="Calibri" w:cs="Calibri"/>
          <w:lang w:val="pl-PL" w:eastAsia="pl-PL"/>
        </w:rPr>
      </w:pPr>
      <w:r w:rsidRPr="0060767F">
        <w:rPr>
          <w:rFonts w:ascii="Calibri" w:hAnsi="Calibri" w:cs="Calibri"/>
          <w:lang w:val="pl-PL" w:eastAsia="pl-PL"/>
        </w:rPr>
        <w:t>Zgodnie z art. 13 ust. 1 i 2 oraz art. 14 ust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dalej „RODO”, informuję, że:</w:t>
      </w:r>
    </w:p>
    <w:p w:rsidR="0060767F" w:rsidRPr="0060767F" w:rsidRDefault="0060767F" w:rsidP="0060767F">
      <w:pPr>
        <w:spacing w:after="0" w:line="240" w:lineRule="auto"/>
        <w:rPr>
          <w:rFonts w:ascii="Calibri" w:hAnsi="Calibri" w:cs="Calibri"/>
          <w:lang w:val="pl-PL" w:eastAsia="pl-PL"/>
        </w:rPr>
      </w:pPr>
      <w:r w:rsidRPr="0060767F">
        <w:rPr>
          <w:rFonts w:ascii="Calibri" w:hAnsi="Calibri" w:cs="Calibri"/>
          <w:lang w:val="pl-PL" w:eastAsia="pl-PL"/>
        </w:rPr>
        <w:t xml:space="preserve">1. Administratorem danych osobowych jest Gmina Skoki z siedzibą w Urzędzie Miasta i Gminy w Skokach, ul. Wincentego </w:t>
      </w:r>
      <w:proofErr w:type="spellStart"/>
      <w:r w:rsidRPr="0060767F">
        <w:rPr>
          <w:rFonts w:ascii="Calibri" w:hAnsi="Calibri" w:cs="Calibri"/>
          <w:lang w:val="pl-PL" w:eastAsia="pl-PL"/>
        </w:rPr>
        <w:t>Ciastowicza</w:t>
      </w:r>
      <w:proofErr w:type="spellEnd"/>
      <w:r w:rsidRPr="0060767F">
        <w:rPr>
          <w:rFonts w:ascii="Calibri" w:hAnsi="Calibri" w:cs="Calibri"/>
          <w:lang w:val="pl-PL" w:eastAsia="pl-PL"/>
        </w:rPr>
        <w:t xml:space="preserve"> 11, 62-085 Skoki, reprezentowana przez Burmistrza Miasta i Gminy Skoki. </w:t>
      </w:r>
      <w:r w:rsidRPr="0060767F">
        <w:rPr>
          <w:rFonts w:ascii="Calibri" w:hAnsi="Calibri" w:cs="Calibri"/>
          <w:lang w:val="pl-PL" w:eastAsia="pl-PL"/>
        </w:rPr>
        <w:br/>
        <w:t xml:space="preserve">2. Inspektorem ochrony danych Gminy Skoki jest Pani Julia </w:t>
      </w:r>
      <w:proofErr w:type="spellStart"/>
      <w:r w:rsidRPr="0060767F">
        <w:rPr>
          <w:rFonts w:ascii="Calibri" w:hAnsi="Calibri" w:cs="Calibri"/>
          <w:lang w:val="pl-PL" w:eastAsia="pl-PL"/>
        </w:rPr>
        <w:t>Gizińska</w:t>
      </w:r>
      <w:proofErr w:type="spellEnd"/>
      <w:r w:rsidRPr="0060767F">
        <w:rPr>
          <w:rFonts w:ascii="Calibri" w:hAnsi="Calibri" w:cs="Calibri"/>
          <w:lang w:val="pl-PL" w:eastAsia="pl-PL"/>
        </w:rPr>
        <w:t xml:space="preserve">, dane kontaktowe: e-mail: j.gizinska@gmina-skoki.pl, tel. 61 8925807. </w:t>
      </w:r>
      <w:r w:rsidRPr="0060767F">
        <w:rPr>
          <w:rFonts w:ascii="Calibri" w:hAnsi="Calibri" w:cs="Calibri"/>
          <w:lang w:val="pl-PL" w:eastAsia="pl-PL"/>
        </w:rPr>
        <w:br/>
        <w:t xml:space="preserve">3. Państwa dane osobowe są przetwarzane w celu realizacji projektu i jego rozliczenia, w szczególności potwierdzenia kwalifikowalności wydatków, udzielenia wsparcia, monitoringu, ewaluacji, kontroli, audytu i sprawozdawczości oraz działań informacyjno-promocyjnych w ramach Programu Fundusze Europejskie dla Wielkopolski 2021-2027 (dalej FEW), a także w celach archiwizacyjnych. </w:t>
      </w:r>
      <w:r w:rsidRPr="0060767F">
        <w:rPr>
          <w:rFonts w:ascii="Calibri" w:hAnsi="Calibri" w:cs="Calibri"/>
          <w:lang w:val="pl-PL" w:eastAsia="pl-PL"/>
        </w:rPr>
        <w:br/>
        <w:t>4. Państwa dane osobowe przetwarzamy w związku z wypełnieniem obowiązku prawnego ciążącego na administratorze, który wynika z ustawy wdrożeniowej 2021-</w:t>
      </w:r>
      <w:proofErr w:type="gramStart"/>
      <w:r w:rsidRPr="0060767F">
        <w:rPr>
          <w:rFonts w:ascii="Calibri" w:hAnsi="Calibri" w:cs="Calibri"/>
          <w:lang w:val="pl-PL" w:eastAsia="pl-PL"/>
        </w:rPr>
        <w:t>2027 ,</w:t>
      </w:r>
      <w:proofErr w:type="gramEnd"/>
      <w:r w:rsidRPr="0060767F">
        <w:rPr>
          <w:rFonts w:ascii="Calibri" w:hAnsi="Calibri" w:cs="Calibri"/>
          <w:lang w:val="pl-PL" w:eastAsia="pl-PL"/>
        </w:rPr>
        <w:t xml:space="preserve"> rozporządzeń </w:t>
      </w:r>
      <w:proofErr w:type="spellStart"/>
      <w:r w:rsidRPr="0060767F">
        <w:rPr>
          <w:rFonts w:ascii="Calibri" w:hAnsi="Calibri" w:cs="Calibri"/>
          <w:lang w:val="pl-PL" w:eastAsia="pl-PL"/>
        </w:rPr>
        <w:t>PEiR</w:t>
      </w:r>
      <w:proofErr w:type="spellEnd"/>
      <w:r w:rsidRPr="0060767F">
        <w:rPr>
          <w:rFonts w:ascii="Calibri" w:hAnsi="Calibri" w:cs="Calibri"/>
          <w:lang w:val="pl-PL" w:eastAsia="pl-PL"/>
        </w:rPr>
        <w:t xml:space="preserve"> UE 2021/1060, 2021/1056, 2021/1057 i innych powiązanych oraz ustawy o finansach publicznych i ustawy o narodowym zasobie archiwalnym i archiwach. </w:t>
      </w:r>
      <w:r w:rsidRPr="0060767F">
        <w:rPr>
          <w:rFonts w:ascii="Calibri" w:hAnsi="Calibri" w:cs="Calibri"/>
          <w:lang w:val="pl-PL" w:eastAsia="pl-PL"/>
        </w:rPr>
        <w:br/>
        <w:t xml:space="preserve">5. Państwa dane osobowe będą przetwarzane do czasu rozliczenia Programu Fundusze Europejskie dla Wielkopolski 2021-2027 oraz upływu okresu archiwizacji dokumentacji związanej z tym programem. </w:t>
      </w:r>
      <w:r w:rsidRPr="0060767F">
        <w:rPr>
          <w:rFonts w:ascii="Calibri" w:hAnsi="Calibri" w:cs="Calibri"/>
          <w:lang w:val="pl-PL" w:eastAsia="pl-PL"/>
        </w:rPr>
        <w:br/>
        <w:t xml:space="preserve">6. Podanie danych osobowych obowiązkowych jest warunkiem ustawowym a ich niepodanie skutkuje brakiem możliwości udziału w projekcie. </w:t>
      </w:r>
      <w:r w:rsidRPr="0060767F">
        <w:rPr>
          <w:rFonts w:ascii="Calibri" w:hAnsi="Calibri" w:cs="Calibri"/>
          <w:lang w:val="pl-PL" w:eastAsia="pl-PL"/>
        </w:rPr>
        <w:br/>
        <w:t xml:space="preserve">7. Przysługuje Państwu prawo do usunięcia danych osobowych, o ile Państwa dane osobowe są przetwarzane na podstawie wyrażonej zgody, lub wynika to z wymogu prawa, lub gdy dane te są już niepotrzebne do przetwarzania danych. </w:t>
      </w:r>
      <w:r w:rsidRPr="0060767F">
        <w:rPr>
          <w:rFonts w:ascii="Calibri" w:hAnsi="Calibri" w:cs="Calibri"/>
          <w:lang w:val="pl-PL" w:eastAsia="pl-PL"/>
        </w:rPr>
        <w:br/>
        <w:t xml:space="preserve">8. Przysługuje Państwu prawo do cofnięcia zgody na przetwarzanie danych osobowych, o ile Państwa dane osobowe są przetwarzane na podstawie wyrażonej zgody. Wycofanie zgody nie wpływa na zgodność z prawem przetwarzania, którego dokonano na podstawie zgody przed jej wycofaniem. </w:t>
      </w:r>
      <w:r w:rsidRPr="0060767F">
        <w:rPr>
          <w:rFonts w:ascii="Calibri" w:hAnsi="Calibri" w:cs="Calibri"/>
          <w:lang w:val="pl-PL" w:eastAsia="pl-PL"/>
        </w:rPr>
        <w:br/>
        <w:t xml:space="preserve">9. Przysługuje Państwu prawo do przenoszenia danych, o ile Państwa dane osobowe są przetwarzane na podstawie wyrażonej zgody lub są niezbędne do zawarcia umowy oraz gdy dane te są przetwarzane w sposób zautomatyzowany. </w:t>
      </w:r>
      <w:r w:rsidRPr="0060767F">
        <w:rPr>
          <w:rFonts w:ascii="Calibri" w:hAnsi="Calibri" w:cs="Calibri"/>
          <w:lang w:val="pl-PL" w:eastAsia="pl-PL"/>
        </w:rPr>
        <w:br/>
        <w:t xml:space="preserve">10. Przysługuje Państwu prawo do dostępu do danych osobowych, ich sprostowania lub ograniczenia przetwarzania. </w:t>
      </w:r>
      <w:r w:rsidRPr="0060767F">
        <w:rPr>
          <w:rFonts w:ascii="Calibri" w:hAnsi="Calibri" w:cs="Calibri"/>
          <w:lang w:val="pl-PL" w:eastAsia="pl-PL"/>
        </w:rPr>
        <w:br/>
        <w:t xml:space="preserve">11. Przysługuje Państwu prawo do wniesienia sprzeciwu wobec przetwarzania w związku z Państwa sytuacją szczególną o ile przetwarzanie Państwa danych osobowych jest niezbędne do zrealizowania zadania w interesie publicznym lub sprawowania władzy publicznej. </w:t>
      </w:r>
      <w:r w:rsidRPr="0060767F">
        <w:rPr>
          <w:rFonts w:ascii="Calibri" w:hAnsi="Calibri" w:cs="Calibri"/>
          <w:lang w:val="pl-PL" w:eastAsia="pl-PL"/>
        </w:rPr>
        <w:br/>
        <w:t xml:space="preserve">12. Przysługuje Państwu prawo wniesienia skargi do organu nadzorczego tj. Prezesa Urzędu Ochrony Danych Osobowych o ile uważają Państwo, iż przetwarzanie Państwa danych osobowych odbywa się w sposób niezgodny z prawem. </w:t>
      </w:r>
      <w:r w:rsidRPr="0060767F">
        <w:rPr>
          <w:rFonts w:ascii="Calibri" w:hAnsi="Calibri" w:cs="Calibri"/>
          <w:lang w:val="pl-PL" w:eastAsia="pl-PL"/>
        </w:rPr>
        <w:br/>
        <w:t xml:space="preserve">13. Państwa dane osobowe będą ujawniane: </w:t>
      </w:r>
      <w:r w:rsidRPr="0060767F">
        <w:rPr>
          <w:rFonts w:ascii="Calibri" w:hAnsi="Calibri" w:cs="Calibri"/>
          <w:lang w:val="pl-PL" w:eastAsia="pl-PL"/>
        </w:rPr>
        <w:br/>
        <w:t xml:space="preserve">• Województwu Wielkopolskiemu z siedzibą w Urzędzie Marszałkowskim Województwa Wielkopolskiego w Poznaniu przy al. Niepodległości 34,61-714 Poznań w związku z realizacją projektu dofinansowanego w ramach Programu Fundusze Europejskie dla Wielkopolski na lata 2021-2027; </w:t>
      </w:r>
      <w:r w:rsidRPr="0060767F">
        <w:rPr>
          <w:rFonts w:ascii="Calibri" w:hAnsi="Calibri" w:cs="Calibri"/>
          <w:lang w:val="pl-PL" w:eastAsia="pl-PL"/>
        </w:rPr>
        <w:br/>
      </w:r>
      <w:r w:rsidRPr="0060767F">
        <w:rPr>
          <w:rFonts w:ascii="Calibri" w:hAnsi="Calibri" w:cs="Calibri"/>
          <w:lang w:val="pl-PL" w:eastAsia="pl-PL"/>
        </w:rPr>
        <w:lastRenderedPageBreak/>
        <w:t xml:space="preserve">• podmiotom świadczącym usługi na rzecz Gminy Skoki w zakresie serwisu i wsparcia systemów informatycznych, utylizacji dokumentacji niearchiwalnej, przekazywania przesyłek pocztowych, lub podmiotom dokonującym badań, kontroli, ewaluacji na zlecenie Województwa Wielkopolskiego w związku z realizacją programu Fundusze Europejskie dla Wielkopolski na lata 2021-2027; </w:t>
      </w:r>
      <w:r w:rsidRPr="0060767F">
        <w:rPr>
          <w:rFonts w:ascii="Calibri" w:hAnsi="Calibri" w:cs="Calibri"/>
          <w:lang w:val="pl-PL" w:eastAsia="pl-PL"/>
        </w:rPr>
        <w:br/>
        <w:t xml:space="preserve">• ministrowi właściwemu do spraw rozwoju regionalnego, który wykonuje zadania państwa członkowskiego, ministrowi właściwemu do spraw finansów publicznych, wspólnemu sekretariatowi, koordynatorom programów </w:t>
      </w:r>
      <w:proofErr w:type="spellStart"/>
      <w:r w:rsidRPr="0060767F">
        <w:rPr>
          <w:rFonts w:ascii="Calibri" w:hAnsi="Calibri" w:cs="Calibri"/>
          <w:lang w:val="pl-PL" w:eastAsia="pl-PL"/>
        </w:rPr>
        <w:t>Interreg</w:t>
      </w:r>
      <w:proofErr w:type="spellEnd"/>
      <w:r w:rsidRPr="0060767F">
        <w:rPr>
          <w:rFonts w:ascii="Calibri" w:hAnsi="Calibri" w:cs="Calibri"/>
          <w:lang w:val="pl-PL" w:eastAsia="pl-PL"/>
        </w:rPr>
        <w:t xml:space="preserve">, kontrolerom krajowym, instytucjom pośredniczącym, instytucjom wdrażającym, instytucjom pośredniczącym o ile niezbędne to będzie do realizacji ich zadań. </w:t>
      </w:r>
      <w:r w:rsidRPr="0060767F">
        <w:rPr>
          <w:rFonts w:ascii="Calibri" w:hAnsi="Calibri" w:cs="Calibri"/>
          <w:lang w:val="pl-PL" w:eastAsia="pl-PL"/>
        </w:rPr>
        <w:br/>
        <w:t xml:space="preserve">14. Państwa dane osobowe nie są przetwarzane w sposób zautomatyzowany w celu podjęcia jakiejkolwiek decyzji oraz profilowania. </w:t>
      </w:r>
      <w:r w:rsidRPr="0060767F">
        <w:rPr>
          <w:rFonts w:ascii="Calibri" w:hAnsi="Calibri" w:cs="Calibri"/>
          <w:lang w:val="pl-PL" w:eastAsia="pl-PL"/>
        </w:rPr>
        <w:br/>
        <w:t xml:space="preserve">15. Państwa dane osobowe nie są przekazywane poza Europejski Obszar Gospodarczy oraz do organizacji międzynarodowych. </w:t>
      </w:r>
    </w:p>
    <w:p w:rsidR="0060767F" w:rsidRPr="0060767F" w:rsidRDefault="0060767F" w:rsidP="0060767F">
      <w:pPr>
        <w:autoSpaceDE w:val="0"/>
        <w:jc w:val="center"/>
        <w:rPr>
          <w:rFonts w:ascii="Calibri" w:hAnsi="Calibri" w:cs="Calibri"/>
          <w:sz w:val="20"/>
          <w:szCs w:val="20"/>
          <w:lang w:val="pl-PL"/>
        </w:rPr>
      </w:pPr>
    </w:p>
    <w:p w:rsidR="0060767F" w:rsidRPr="0060767F" w:rsidRDefault="0060767F" w:rsidP="0060767F">
      <w:pPr>
        <w:rPr>
          <w:rFonts w:ascii="Calibri" w:hAnsi="Calibri" w:cs="Calibri"/>
          <w:lang w:val="pl-PL"/>
        </w:rPr>
      </w:pPr>
    </w:p>
    <w:p w:rsidR="004A3255" w:rsidRPr="0060767F" w:rsidRDefault="00000000">
      <w:pPr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br/>
        <w:t>.................................................................</w:t>
      </w:r>
      <w:r w:rsidRPr="0060767F">
        <w:rPr>
          <w:rFonts w:ascii="Calibri" w:hAnsi="Calibri" w:cs="Calibri"/>
          <w:lang w:val="pl-PL"/>
        </w:rPr>
        <w:br/>
        <w:t>(podpis kapitana drużyny)</w:t>
      </w:r>
    </w:p>
    <w:p w:rsidR="004A3255" w:rsidRPr="0060767F" w:rsidRDefault="00000000">
      <w:pPr>
        <w:rPr>
          <w:rFonts w:ascii="Calibri" w:hAnsi="Calibri" w:cs="Calibri"/>
          <w:lang w:val="pl-PL"/>
        </w:rPr>
      </w:pPr>
      <w:r w:rsidRPr="0060767F">
        <w:rPr>
          <w:rFonts w:ascii="Calibri" w:hAnsi="Calibri" w:cs="Calibri"/>
          <w:lang w:val="pl-PL"/>
        </w:rPr>
        <w:br/>
        <w:t>Projekt „Aktywni = Zdrowi w Gminie Skoki”</w:t>
      </w:r>
      <w:r w:rsidRPr="0060767F">
        <w:rPr>
          <w:rFonts w:ascii="Calibri" w:hAnsi="Calibri" w:cs="Calibri"/>
          <w:lang w:val="pl-PL"/>
        </w:rPr>
        <w:br/>
        <w:t>Współfinansowany ze środków Europejskiego Funduszu Społecznego Plus (EFS+)</w:t>
      </w:r>
      <w:r w:rsidRPr="0060767F">
        <w:rPr>
          <w:rFonts w:ascii="Calibri" w:hAnsi="Calibri" w:cs="Calibri"/>
          <w:lang w:val="pl-PL"/>
        </w:rPr>
        <w:br/>
        <w:t>w ramach programu Fundusze Europejskie dla Wielkopolski 2021–2027</w:t>
      </w:r>
    </w:p>
    <w:sectPr w:rsidR="004A3255" w:rsidRPr="0060767F" w:rsidSect="003C1CA9">
      <w:headerReference w:type="default" r:id="rId8"/>
      <w:pgSz w:w="12240" w:h="15840"/>
      <w:pgMar w:top="2262" w:right="1800" w:bottom="0" w:left="1800" w:header="78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A5593" w:rsidRDefault="001A5593" w:rsidP="003C1CA9">
      <w:pPr>
        <w:spacing w:after="0" w:line="240" w:lineRule="auto"/>
      </w:pPr>
      <w:r>
        <w:separator/>
      </w:r>
    </w:p>
  </w:endnote>
  <w:endnote w:type="continuationSeparator" w:id="0">
    <w:p w:rsidR="001A5593" w:rsidRDefault="001A5593" w:rsidP="003C1C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A5593" w:rsidRDefault="001A5593" w:rsidP="003C1CA9">
      <w:pPr>
        <w:spacing w:after="0" w:line="240" w:lineRule="auto"/>
      </w:pPr>
      <w:r>
        <w:separator/>
      </w:r>
    </w:p>
  </w:footnote>
  <w:footnote w:type="continuationSeparator" w:id="0">
    <w:p w:rsidR="001A5593" w:rsidRDefault="001A5593" w:rsidP="003C1C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C1CA9" w:rsidRDefault="003C1CA9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ADBD41F" wp14:editId="0E659FE0">
          <wp:simplePos x="0" y="0"/>
          <wp:positionH relativeFrom="margin">
            <wp:posOffset>15441</wp:posOffset>
          </wp:positionH>
          <wp:positionV relativeFrom="margin">
            <wp:posOffset>-1092835</wp:posOffset>
          </wp:positionV>
          <wp:extent cx="5829300" cy="765327"/>
          <wp:effectExtent l="0" t="0" r="0" b="0"/>
          <wp:wrapSquare wrapText="bothSides"/>
          <wp:docPr id="451774522" name="Obraz 451774522" descr="Zestawienie_w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_w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76532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C1CA9" w:rsidRDefault="003C1CA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25162616">
    <w:abstractNumId w:val="8"/>
  </w:num>
  <w:num w:numId="2" w16cid:durableId="829248953">
    <w:abstractNumId w:val="6"/>
  </w:num>
  <w:num w:numId="3" w16cid:durableId="1024288894">
    <w:abstractNumId w:val="5"/>
  </w:num>
  <w:num w:numId="4" w16cid:durableId="120077974">
    <w:abstractNumId w:val="4"/>
  </w:num>
  <w:num w:numId="5" w16cid:durableId="1232816592">
    <w:abstractNumId w:val="7"/>
  </w:num>
  <w:num w:numId="6" w16cid:durableId="1054617995">
    <w:abstractNumId w:val="3"/>
  </w:num>
  <w:num w:numId="7" w16cid:durableId="715591864">
    <w:abstractNumId w:val="2"/>
  </w:num>
  <w:num w:numId="8" w16cid:durableId="265161991">
    <w:abstractNumId w:val="1"/>
  </w:num>
  <w:num w:numId="9" w16cid:durableId="2120253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A5593"/>
    <w:rsid w:val="00210E9C"/>
    <w:rsid w:val="0029639D"/>
    <w:rsid w:val="00326F90"/>
    <w:rsid w:val="003C1CA9"/>
    <w:rsid w:val="004A3255"/>
    <w:rsid w:val="0060767F"/>
    <w:rsid w:val="00894927"/>
    <w:rsid w:val="00913EF2"/>
    <w:rsid w:val="00AA1D8D"/>
    <w:rsid w:val="00B47730"/>
    <w:rsid w:val="00CB0664"/>
    <w:rsid w:val="00EB655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539188A"/>
  <w14:defaultImageDpi w14:val="300"/>
  <w15:docId w15:val="{90B7CF85-AA7C-7F46-9E3F-765F88C56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820</Words>
  <Characters>4924</Characters>
  <Application>Microsoft Office Word</Application>
  <DocSecurity>0</DocSecurity>
  <Lines>41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5733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Karolina Stefaniak</cp:lastModifiedBy>
  <cp:revision>4</cp:revision>
  <dcterms:created xsi:type="dcterms:W3CDTF">2025-10-21T11:04:00Z</dcterms:created>
  <dcterms:modified xsi:type="dcterms:W3CDTF">2025-10-21T11:25:00Z</dcterms:modified>
  <cp:category/>
</cp:coreProperties>
</file>