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83823" w:rsidRPr="008C7E71" w:rsidRDefault="00000000">
      <w:pPr>
        <w:pStyle w:val="Nagwek1"/>
        <w:rPr>
          <w:rFonts w:cstheme="majorHAnsi"/>
        </w:rPr>
      </w:pPr>
      <w:proofErr w:type="spellStart"/>
      <w:r w:rsidRPr="008C7E71">
        <w:rPr>
          <w:rFonts w:cstheme="majorHAnsi"/>
        </w:rPr>
        <w:t>Formularz</w:t>
      </w:r>
      <w:proofErr w:type="spellEnd"/>
      <w:r w:rsidRPr="008C7E71">
        <w:rPr>
          <w:rFonts w:cstheme="majorHAnsi"/>
        </w:rPr>
        <w:t xml:space="preserve"> </w:t>
      </w:r>
      <w:proofErr w:type="spellStart"/>
      <w:r w:rsidRPr="008C7E71">
        <w:rPr>
          <w:rFonts w:cstheme="majorHAnsi"/>
        </w:rPr>
        <w:t>zgłoszeniowy</w:t>
      </w:r>
      <w:proofErr w:type="spellEnd"/>
      <w:r w:rsidRPr="008C7E71">
        <w:rPr>
          <w:rFonts w:cstheme="majorHAnsi"/>
        </w:rPr>
        <w:t xml:space="preserve"> </w:t>
      </w:r>
      <w:proofErr w:type="spellStart"/>
      <w:r w:rsidRPr="008C7E71">
        <w:rPr>
          <w:rFonts w:cstheme="majorHAnsi"/>
        </w:rPr>
        <w:t>dla</w:t>
      </w:r>
      <w:proofErr w:type="spellEnd"/>
      <w:r w:rsidRPr="008C7E71">
        <w:rPr>
          <w:rFonts w:cstheme="majorHAnsi"/>
        </w:rPr>
        <w:t xml:space="preserve"> </w:t>
      </w:r>
      <w:proofErr w:type="spellStart"/>
      <w:r w:rsidRPr="008C7E71">
        <w:rPr>
          <w:rFonts w:cstheme="majorHAnsi"/>
        </w:rPr>
        <w:t>wystawcy</w:t>
      </w:r>
      <w:proofErr w:type="spellEnd"/>
      <w:r w:rsidRPr="008C7E71">
        <w:rPr>
          <w:rFonts w:cstheme="majorHAnsi"/>
        </w:rPr>
        <w:br/>
        <w:t>„FIKSMATYNTY – 17. Gala Rzeczy Ciekawych”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="Apple Color Emoji" w:hAnsi="Apple Color Emoji" w:cs="Apple Color Emoji"/>
        </w:rPr>
        <w:t>📍</w:t>
      </w:r>
      <w:r w:rsidRPr="008C7E71">
        <w:rPr>
          <w:rFonts w:asciiTheme="majorHAnsi" w:hAnsiTheme="majorHAnsi" w:cstheme="majorHAnsi"/>
        </w:rPr>
        <w:t xml:space="preserve"> Skoki, hala widowiskowo-sportowa, ul. Rogozińska 1</w:t>
      </w:r>
      <w:r w:rsidRPr="008C7E71">
        <w:rPr>
          <w:rFonts w:asciiTheme="majorHAnsi" w:hAnsiTheme="majorHAnsi" w:cstheme="majorHAnsi"/>
        </w:rPr>
        <w:br/>
      </w:r>
      <w:r w:rsidRPr="008C7E71">
        <w:rPr>
          <w:rFonts w:ascii="Apple Color Emoji" w:hAnsi="Apple Color Emoji" w:cs="Apple Color Emoji"/>
        </w:rPr>
        <w:t>🗓</w:t>
      </w:r>
      <w:r w:rsidRPr="008C7E71">
        <w:rPr>
          <w:rFonts w:asciiTheme="majorHAnsi" w:hAnsiTheme="majorHAnsi" w:cstheme="majorHAnsi"/>
        </w:rPr>
        <w:t xml:space="preserve"> 30 listopada 2025 r., godz. 12:00–17:00 (aranżacja stoisk od godz. 9:00)</w:t>
      </w:r>
    </w:p>
    <w:p w:rsidR="00883823" w:rsidRPr="008C7E71" w:rsidRDefault="00000000">
      <w:pPr>
        <w:pStyle w:val="Nagwek2"/>
        <w:rPr>
          <w:rFonts w:cstheme="majorHAnsi"/>
        </w:rPr>
      </w:pPr>
      <w:r w:rsidRPr="008C7E71">
        <w:rPr>
          <w:rFonts w:cstheme="majorHAnsi"/>
        </w:rPr>
        <w:t>I. DANE WYSTAWCY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Nazwa wystawcy / instytucji / osoby fizycznej: ............................................................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Adres siedziby / zamieszkania: ............................................................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Kod pocztowy i miejscowość: ............................................................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 xml:space="preserve">Osoba do </w:t>
      </w:r>
      <w:proofErr w:type="spellStart"/>
      <w:r w:rsidRPr="008C7E71">
        <w:rPr>
          <w:rFonts w:asciiTheme="majorHAnsi" w:hAnsiTheme="majorHAnsi" w:cstheme="majorHAnsi"/>
        </w:rPr>
        <w:t>kontaktu</w:t>
      </w:r>
      <w:proofErr w:type="spellEnd"/>
      <w:r w:rsidRPr="008C7E71">
        <w:rPr>
          <w:rFonts w:asciiTheme="majorHAnsi" w:hAnsiTheme="majorHAnsi" w:cstheme="majorHAnsi"/>
        </w:rPr>
        <w:t>: ............................................................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Telefon kontaktowy: ............................................................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Adres e-mail: ............................................................</w:t>
      </w:r>
    </w:p>
    <w:p w:rsidR="00883823" w:rsidRPr="008C7E71" w:rsidRDefault="00000000">
      <w:pPr>
        <w:pStyle w:val="Nagwek2"/>
        <w:rPr>
          <w:rFonts w:cstheme="majorHAnsi"/>
        </w:rPr>
      </w:pPr>
      <w:r w:rsidRPr="008C7E71">
        <w:rPr>
          <w:rFonts w:cstheme="majorHAnsi"/>
        </w:rPr>
        <w:t>II. INFORMACJE O STOISKU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Rodzaj prezentowanego asortymentu / działalności: ............................................................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 xml:space="preserve">Czy planowana jest sprzedaż produktów spożywczych? </w:t>
      </w: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TAK  </w:t>
      </w: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NIE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 xml:space="preserve">Potrzebne przyłącze elektryczne? </w:t>
      </w: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TAK  </w:t>
      </w: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NIE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Wyposażenie stoiska (można zaznaczyć kilka opcji):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własne wyposażenie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chcę skorzystać ze stołu (ławki szkolnej) i krzeseł – dodatkowa opłata 50 zł</w:t>
      </w:r>
    </w:p>
    <w:p w:rsidR="00883823" w:rsidRPr="008C7E71" w:rsidRDefault="00000000">
      <w:pPr>
        <w:pStyle w:val="Nagwek2"/>
        <w:rPr>
          <w:rFonts w:cstheme="majorHAnsi"/>
        </w:rPr>
      </w:pPr>
      <w:r w:rsidRPr="008C7E71">
        <w:rPr>
          <w:rFonts w:cstheme="majorHAnsi"/>
        </w:rPr>
        <w:t>III. OPŁATA ZA STOISKO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100 zł – wystawca z terenu Gminy Skoki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200 zł – wystawca spoza Gminy Skoki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+ 50 zł – za udostępnienie stołu (ławki szkolnej) i krzeseł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 xml:space="preserve">Kwotę wpłacono </w:t>
      </w:r>
      <w:proofErr w:type="spellStart"/>
      <w:r w:rsidRPr="008C7E71">
        <w:rPr>
          <w:rFonts w:asciiTheme="majorHAnsi" w:hAnsiTheme="majorHAnsi" w:cstheme="majorHAnsi"/>
        </w:rPr>
        <w:t>na</w:t>
      </w:r>
      <w:proofErr w:type="spellEnd"/>
      <w:r w:rsidRPr="008C7E71">
        <w:rPr>
          <w:rFonts w:asciiTheme="majorHAnsi" w:hAnsiTheme="majorHAnsi" w:cstheme="majorHAnsi"/>
        </w:rPr>
        <w:t xml:space="preserve"> </w:t>
      </w:r>
      <w:proofErr w:type="spellStart"/>
      <w:r w:rsidRPr="008C7E71">
        <w:rPr>
          <w:rFonts w:asciiTheme="majorHAnsi" w:hAnsiTheme="majorHAnsi" w:cstheme="majorHAnsi"/>
        </w:rPr>
        <w:t>konto</w:t>
      </w:r>
      <w:proofErr w:type="spellEnd"/>
      <w:r w:rsidRPr="008C7E71">
        <w:rPr>
          <w:rFonts w:asciiTheme="majorHAnsi" w:hAnsiTheme="majorHAnsi" w:cstheme="majorHAnsi"/>
        </w:rPr>
        <w:t xml:space="preserve">: </w:t>
      </w:r>
      <w:proofErr w:type="spellStart"/>
      <w:r w:rsidRPr="008C7E71">
        <w:rPr>
          <w:rFonts w:asciiTheme="majorHAnsi" w:hAnsiTheme="majorHAnsi" w:cstheme="majorHAnsi"/>
        </w:rPr>
        <w:t>Ośrodek</w:t>
      </w:r>
      <w:proofErr w:type="spellEnd"/>
      <w:r w:rsidRPr="008C7E71">
        <w:rPr>
          <w:rFonts w:asciiTheme="majorHAnsi" w:hAnsiTheme="majorHAnsi" w:cstheme="majorHAnsi"/>
        </w:rPr>
        <w:t xml:space="preserve"> </w:t>
      </w:r>
      <w:proofErr w:type="spellStart"/>
      <w:r w:rsidRPr="008C7E71">
        <w:rPr>
          <w:rFonts w:asciiTheme="majorHAnsi" w:hAnsiTheme="majorHAnsi" w:cstheme="majorHAnsi"/>
        </w:rPr>
        <w:t>Sportu</w:t>
      </w:r>
      <w:proofErr w:type="spellEnd"/>
      <w:r w:rsidRPr="008C7E71">
        <w:rPr>
          <w:rFonts w:asciiTheme="majorHAnsi" w:hAnsiTheme="majorHAnsi" w:cstheme="majorHAnsi"/>
        </w:rPr>
        <w:t xml:space="preserve"> </w:t>
      </w:r>
      <w:proofErr w:type="spellStart"/>
      <w:r w:rsidRPr="008C7E71">
        <w:rPr>
          <w:rFonts w:asciiTheme="majorHAnsi" w:hAnsiTheme="majorHAnsi" w:cstheme="majorHAnsi"/>
        </w:rPr>
        <w:t>Turystyki</w:t>
      </w:r>
      <w:proofErr w:type="spellEnd"/>
      <w:r w:rsidRPr="008C7E71">
        <w:rPr>
          <w:rFonts w:asciiTheme="majorHAnsi" w:hAnsiTheme="majorHAnsi" w:cstheme="majorHAnsi"/>
        </w:rPr>
        <w:t xml:space="preserve"> </w:t>
      </w:r>
      <w:proofErr w:type="spellStart"/>
      <w:r w:rsidRPr="008C7E71">
        <w:rPr>
          <w:rFonts w:asciiTheme="majorHAnsi" w:hAnsiTheme="majorHAnsi" w:cstheme="majorHAnsi"/>
        </w:rPr>
        <w:t>i</w:t>
      </w:r>
      <w:proofErr w:type="spellEnd"/>
      <w:r w:rsidRPr="008C7E71">
        <w:rPr>
          <w:rFonts w:asciiTheme="majorHAnsi" w:hAnsiTheme="majorHAnsi" w:cstheme="majorHAnsi"/>
        </w:rPr>
        <w:t xml:space="preserve"> </w:t>
      </w:r>
      <w:proofErr w:type="spellStart"/>
      <w:r w:rsidRPr="008C7E71">
        <w:rPr>
          <w:rFonts w:asciiTheme="majorHAnsi" w:hAnsiTheme="majorHAnsi" w:cstheme="majorHAnsi"/>
        </w:rPr>
        <w:t>Rekreacji</w:t>
      </w:r>
      <w:proofErr w:type="spellEnd"/>
      <w:r w:rsidRPr="008C7E71">
        <w:rPr>
          <w:rFonts w:asciiTheme="majorHAnsi" w:hAnsiTheme="majorHAnsi" w:cstheme="majorHAnsi"/>
        </w:rPr>
        <w:t xml:space="preserve"> w Skokach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nr konta: 48 9065 0006 0040 0400 0175 0001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Tytuł przelewu: Stoisko – FIKSMATYNTY 2025 + imię i nazwisko / nazwa wystawcy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Data dokonania przelewu: ............................................................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 xml:space="preserve">Załączam potwierdzenie przelewu: </w:t>
      </w: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TAK  </w:t>
      </w: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NIE (zostanie dosłane do dnia ……………………)</w:t>
      </w:r>
    </w:p>
    <w:p w:rsidR="00883823" w:rsidRPr="008C7E71" w:rsidRDefault="00000000">
      <w:pPr>
        <w:pStyle w:val="Nagwek2"/>
        <w:rPr>
          <w:rFonts w:cstheme="majorHAnsi"/>
        </w:rPr>
      </w:pPr>
      <w:r w:rsidRPr="008C7E71">
        <w:rPr>
          <w:rFonts w:cstheme="majorHAnsi"/>
        </w:rPr>
        <w:lastRenderedPageBreak/>
        <w:t>IV. WNIOSEK O ZWOLNIENIE Z OPŁATY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(Dotyczy instytucji publicznych, świetlic terapeutycznych, kół zainteresowań, organizacji seniorskich oraz wystawców prowadzących bezpłatne warsztaty rękodzielnicze dla odwiedzających. Zwolnienie z opłaty nie przysługuje Kołom Gospodyń Wiejskich prowadzącym odpłatną sprzedaż swoich wyrobów.)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 xml:space="preserve">Czy wnioskuje Pan/Pani o zwolnienie z opłaty za stoisko? </w:t>
      </w: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TAK  </w:t>
      </w: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NIE</w:t>
      </w:r>
    </w:p>
    <w:p w:rsidR="009D05C2" w:rsidRPr="008C7E71" w:rsidRDefault="00000000">
      <w:pPr>
        <w:rPr>
          <w:rFonts w:asciiTheme="majorHAnsi" w:hAnsiTheme="majorHAnsi" w:cstheme="majorHAnsi"/>
        </w:rPr>
      </w:pPr>
      <w:proofErr w:type="spellStart"/>
      <w:r w:rsidRPr="008C7E71">
        <w:rPr>
          <w:rFonts w:asciiTheme="majorHAnsi" w:hAnsiTheme="majorHAnsi" w:cstheme="majorHAnsi"/>
        </w:rPr>
        <w:t>Uzasadnienie</w:t>
      </w:r>
      <w:proofErr w:type="spellEnd"/>
      <w:r w:rsidRPr="008C7E71">
        <w:rPr>
          <w:rFonts w:asciiTheme="majorHAnsi" w:hAnsiTheme="majorHAnsi" w:cstheme="majorHAnsi"/>
        </w:rPr>
        <w:t xml:space="preserve"> </w:t>
      </w:r>
      <w:proofErr w:type="spellStart"/>
      <w:r w:rsidRPr="008C7E71">
        <w:rPr>
          <w:rFonts w:asciiTheme="majorHAnsi" w:hAnsiTheme="majorHAnsi" w:cstheme="majorHAnsi"/>
        </w:rPr>
        <w:t>wniosku</w:t>
      </w:r>
      <w:proofErr w:type="spellEnd"/>
      <w:r w:rsidRPr="008C7E71">
        <w:rPr>
          <w:rFonts w:asciiTheme="majorHAnsi" w:hAnsiTheme="majorHAnsi" w:cstheme="majorHAnsi"/>
        </w:rPr>
        <w:t xml:space="preserve">: </w:t>
      </w:r>
    </w:p>
    <w:p w:rsidR="00883823" w:rsidRPr="008C7E71" w:rsidRDefault="009D05C2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…….</w:t>
      </w:r>
      <w:r w:rsidR="00000000" w:rsidRPr="008C7E71">
        <w:rPr>
          <w:rFonts w:asciiTheme="majorHAnsi" w:hAnsiTheme="majorHAnsi" w:cstheme="majorHAnsi"/>
        </w:rPr>
        <w:t>.......................................</w:t>
      </w:r>
      <w:r w:rsidRPr="008C7E71">
        <w:rPr>
          <w:rFonts w:asciiTheme="majorHAnsi" w:hAnsiTheme="majorHAnsi" w:cstheme="majorHAnsi"/>
        </w:rPr>
        <w:t>..............................................................................................................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..................................................................................................</w:t>
      </w:r>
      <w:r w:rsidR="009D05C2" w:rsidRPr="008C7E71">
        <w:rPr>
          <w:rFonts w:asciiTheme="majorHAnsi" w:hAnsiTheme="majorHAnsi" w:cstheme="majorHAnsi"/>
        </w:rPr>
        <w:t>.........................................................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Decyzja Dyrektora OSTiR (wypełnia Organizator):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Wniosek rozpatrzono pozytywnie – zwolnienie z opłaty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="Segoe UI Symbol" w:hAnsi="Segoe UI Symbol" w:cs="Segoe UI Symbol"/>
        </w:rPr>
        <w:t>☐</w:t>
      </w:r>
      <w:r w:rsidRPr="008C7E71">
        <w:rPr>
          <w:rFonts w:asciiTheme="majorHAnsi" w:hAnsiTheme="majorHAnsi" w:cstheme="majorHAnsi"/>
        </w:rPr>
        <w:t xml:space="preserve"> Wniosek rozpatrzono negatywnie – opłata obowiązuje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Data i podpis Dyrektora OSTiR: ............................................................</w:t>
      </w:r>
    </w:p>
    <w:p w:rsidR="00883823" w:rsidRPr="008C7E71" w:rsidRDefault="00000000">
      <w:pPr>
        <w:pStyle w:val="Nagwek2"/>
        <w:rPr>
          <w:rFonts w:cstheme="majorHAnsi"/>
        </w:rPr>
      </w:pPr>
      <w:r w:rsidRPr="008C7E71">
        <w:rPr>
          <w:rFonts w:cstheme="majorHAnsi"/>
        </w:rPr>
        <w:t>V. ZGODY I OŚWIADCZENIA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1. Oświadczam, że zapoznałem(-am) się z Regulaminem uczestnictwa wystawców w wydarzeniu „FIKSMATYNTY – 17. Gala Rzeczy Ciekawych” i akceptuję jego postanowienia.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2. Zobowiązuję się do przestrzegania zasad organizacyjnych oraz zachowania porządku i bezpieczeństwa podczas wydarzenia.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3. Wyrażam zgodę na przetwarzanie moich danych osobowych przez OSTiR w Skokach w celach organizacyjnych zgodnie z przepisami RODO.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4. Wyrażam zgodę na publikację zdjęć mojego stoiska i wizerunku w materiałach promocyjnych Gali.</w:t>
      </w:r>
    </w:p>
    <w:p w:rsidR="00883823" w:rsidRPr="008C7E71" w:rsidRDefault="00000000">
      <w:pPr>
        <w:rPr>
          <w:rFonts w:asciiTheme="majorHAnsi" w:hAnsiTheme="majorHAnsi" w:cstheme="majorHAnsi"/>
        </w:rPr>
      </w:pPr>
      <w:r w:rsidRPr="008C7E71">
        <w:rPr>
          <w:rFonts w:asciiTheme="majorHAnsi" w:hAnsiTheme="majorHAnsi" w:cstheme="majorHAnsi"/>
        </w:rPr>
        <w:t>Podpis wystawcy / osoby upoważnionej: .........................      Data: ............................</w:t>
      </w:r>
    </w:p>
    <w:p w:rsidR="00883823" w:rsidRPr="008C7E71" w:rsidRDefault="00000000">
      <w:pPr>
        <w:rPr>
          <w:rFonts w:asciiTheme="majorHAnsi" w:hAnsiTheme="majorHAnsi" w:cstheme="majorHAnsi"/>
          <w:b/>
          <w:bCs/>
        </w:rPr>
      </w:pPr>
      <w:r w:rsidRPr="008C7E71">
        <w:rPr>
          <w:rFonts w:asciiTheme="majorHAnsi" w:hAnsiTheme="majorHAnsi" w:cstheme="majorHAnsi"/>
        </w:rPr>
        <w:br/>
      </w:r>
      <w:r w:rsidRPr="008C7E71">
        <w:rPr>
          <w:rFonts w:ascii="Apple Color Emoji" w:hAnsi="Apple Color Emoji" w:cs="Apple Color Emoji"/>
          <w:b/>
          <w:bCs/>
        </w:rPr>
        <w:t>📩</w:t>
      </w:r>
      <w:r w:rsidRPr="008C7E71">
        <w:rPr>
          <w:rFonts w:asciiTheme="majorHAnsi" w:hAnsiTheme="majorHAnsi" w:cstheme="majorHAnsi"/>
          <w:b/>
          <w:bCs/>
        </w:rPr>
        <w:t xml:space="preserve"> Zgłoszenia należy przesłać najpóźniej do 25 listopada 2025 r. lub do wyczerpania miejsc (maks. 57 stoisk) na adres: k.stefaniak@ostirskoki.pl</w:t>
      </w:r>
    </w:p>
    <w:p w:rsidR="00883823" w:rsidRPr="008C7E71" w:rsidRDefault="00000000">
      <w:pPr>
        <w:rPr>
          <w:rFonts w:asciiTheme="majorHAnsi" w:hAnsiTheme="majorHAnsi" w:cstheme="majorHAnsi"/>
          <w:b/>
          <w:bCs/>
        </w:rPr>
      </w:pPr>
      <w:r w:rsidRPr="008C7E71">
        <w:rPr>
          <w:rFonts w:ascii="Apple Color Emoji" w:hAnsi="Apple Color Emoji" w:cs="Apple Color Emoji"/>
          <w:b/>
          <w:bCs/>
        </w:rPr>
        <w:t>📞</w:t>
      </w:r>
      <w:r w:rsidRPr="008C7E71">
        <w:rPr>
          <w:rFonts w:asciiTheme="majorHAnsi" w:hAnsiTheme="majorHAnsi" w:cstheme="majorHAnsi"/>
          <w:b/>
          <w:bCs/>
        </w:rPr>
        <w:t xml:space="preserve"> Informacje: Karolina Stefaniak, tel. 691 726 319 (w dniach 26 października i 9 listopada kontakt: Dyrektor OSTiR, tel. 691 753 616)</w:t>
      </w:r>
    </w:p>
    <w:sectPr w:rsidR="00883823" w:rsidRPr="008C7E71" w:rsidSect="008C7E71">
      <w:pgSz w:w="12240" w:h="15840"/>
      <w:pgMar w:top="1440" w:right="1800" w:bottom="7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3B6519"/>
    <w:multiLevelType w:val="hybridMultilevel"/>
    <w:tmpl w:val="6FB86B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7466A2"/>
    <w:multiLevelType w:val="hybridMultilevel"/>
    <w:tmpl w:val="546C3A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8818D8"/>
    <w:multiLevelType w:val="hybridMultilevel"/>
    <w:tmpl w:val="A874DCFA"/>
    <w:lvl w:ilvl="0" w:tplc="809427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2709">
    <w:abstractNumId w:val="8"/>
  </w:num>
  <w:num w:numId="2" w16cid:durableId="1174223833">
    <w:abstractNumId w:val="6"/>
  </w:num>
  <w:num w:numId="3" w16cid:durableId="371424614">
    <w:abstractNumId w:val="5"/>
  </w:num>
  <w:num w:numId="4" w16cid:durableId="844593341">
    <w:abstractNumId w:val="4"/>
  </w:num>
  <w:num w:numId="5" w16cid:durableId="1838494149">
    <w:abstractNumId w:val="7"/>
  </w:num>
  <w:num w:numId="6" w16cid:durableId="889536943">
    <w:abstractNumId w:val="3"/>
  </w:num>
  <w:num w:numId="7" w16cid:durableId="272592850">
    <w:abstractNumId w:val="2"/>
  </w:num>
  <w:num w:numId="8" w16cid:durableId="972369226">
    <w:abstractNumId w:val="1"/>
  </w:num>
  <w:num w:numId="9" w16cid:durableId="452943103">
    <w:abstractNumId w:val="0"/>
  </w:num>
  <w:num w:numId="10" w16cid:durableId="169175056">
    <w:abstractNumId w:val="7"/>
    <w:lvlOverride w:ilvl="0">
      <w:startOverride w:val="1"/>
    </w:lvlOverride>
  </w:num>
  <w:num w:numId="11" w16cid:durableId="313140812">
    <w:abstractNumId w:val="7"/>
    <w:lvlOverride w:ilvl="0">
      <w:startOverride w:val="1"/>
    </w:lvlOverride>
  </w:num>
  <w:num w:numId="12" w16cid:durableId="1364208869">
    <w:abstractNumId w:val="10"/>
  </w:num>
  <w:num w:numId="13" w16cid:durableId="1601910645">
    <w:abstractNumId w:val="11"/>
  </w:num>
  <w:num w:numId="14" w16cid:durableId="1986814688">
    <w:abstractNumId w:val="7"/>
    <w:lvlOverride w:ilvl="0">
      <w:startOverride w:val="1"/>
    </w:lvlOverride>
  </w:num>
  <w:num w:numId="15" w16cid:durableId="1589735214">
    <w:abstractNumId w:val="7"/>
    <w:lvlOverride w:ilvl="0">
      <w:startOverride w:val="1"/>
    </w:lvlOverride>
  </w:num>
  <w:num w:numId="16" w16cid:durableId="353964115">
    <w:abstractNumId w:val="7"/>
    <w:lvlOverride w:ilvl="0">
      <w:startOverride w:val="1"/>
    </w:lvlOverride>
  </w:num>
  <w:num w:numId="17" w16cid:durableId="872767845">
    <w:abstractNumId w:val="7"/>
    <w:lvlOverride w:ilvl="0">
      <w:startOverride w:val="1"/>
    </w:lvlOverride>
  </w:num>
  <w:num w:numId="18" w16cid:durableId="7825759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2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6E16"/>
    <w:rsid w:val="0015074B"/>
    <w:rsid w:val="0029639D"/>
    <w:rsid w:val="00326F90"/>
    <w:rsid w:val="006C00F8"/>
    <w:rsid w:val="00883823"/>
    <w:rsid w:val="008C7E71"/>
    <w:rsid w:val="009D05C2"/>
    <w:rsid w:val="00AA1D8D"/>
    <w:rsid w:val="00B47730"/>
    <w:rsid w:val="00CB0664"/>
    <w:rsid w:val="00EA080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6F0DF6"/>
  <w14:defaultImageDpi w14:val="300"/>
  <w15:docId w15:val="{F854237F-F0A1-134F-814D-459021B8D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509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Karolina Stefaniak</cp:lastModifiedBy>
  <cp:revision>4</cp:revision>
  <dcterms:created xsi:type="dcterms:W3CDTF">2025-10-08T07:02:00Z</dcterms:created>
  <dcterms:modified xsi:type="dcterms:W3CDTF">2025-10-08T07:05:00Z</dcterms:modified>
  <cp:category/>
</cp:coreProperties>
</file>